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0672D" w14:textId="77777777" w:rsidR="00F62183" w:rsidRDefault="00000000">
      <w:pPr>
        <w:spacing w:after="40"/>
        <w:jc w:val="center"/>
      </w:pPr>
      <w:r>
        <w:rPr>
          <w:b/>
          <w:sz w:val="32"/>
        </w:rPr>
        <w:t>ФОРМУЛЯР ЗА ОТКАЗ ОТ ДОГОВОР</w:t>
      </w:r>
    </w:p>
    <w:p w14:paraId="5A92FBFE" w14:textId="77777777" w:rsidR="00F62183" w:rsidRDefault="00000000">
      <w:pPr>
        <w:spacing w:after="40"/>
        <w:jc w:val="center"/>
      </w:pPr>
      <w:r>
        <w:rPr>
          <w:b/>
          <w:sz w:val="32"/>
        </w:rPr>
        <w:t>И ВРЪЩАНЕ НА ПРОДУКТ</w:t>
      </w:r>
    </w:p>
    <w:p w14:paraId="53DA2686" w14:textId="77777777" w:rsidR="00F62183" w:rsidRDefault="00000000">
      <w:pPr>
        <w:spacing w:after="240"/>
        <w:jc w:val="center"/>
      </w:pPr>
      <w:r>
        <w:rPr>
          <w:color w:val="5A5A5A"/>
          <w:sz w:val="20"/>
        </w:rPr>
        <w:t>за покупки от онлайн магазин</w:t>
      </w:r>
    </w:p>
    <w:p w14:paraId="7304C80E" w14:textId="77777777" w:rsidR="00F62183" w:rsidRDefault="00000000">
      <w:r>
        <w:t>С настоящото уведомявам, че желая да се откажа от сключения от мен договор от разстояние за покупка на посочения/посочените по-долу продукт/и.</w:t>
      </w:r>
    </w:p>
    <w:p w14:paraId="197BB813" w14:textId="77777777" w:rsidR="00F62183" w:rsidRDefault="00000000">
      <w:pPr>
        <w:spacing w:before="100" w:after="80"/>
      </w:pPr>
      <w:r>
        <w:rPr>
          <w:b/>
          <w:sz w:val="22"/>
        </w:rPr>
        <w:t>ДАННИ ЗА ПОРЪЧКАТА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61"/>
        <w:gridCol w:w="6576"/>
      </w:tblGrid>
      <w:tr w:rsidR="00F62183" w14:paraId="36ED491B" w14:textId="77777777">
        <w:trPr>
          <w:trHeight w:val="567"/>
          <w:jc w:val="center"/>
        </w:trPr>
        <w:tc>
          <w:tcPr>
            <w:tcW w:w="3061" w:type="dxa"/>
            <w:tcBorders>
              <w:bottom w:val="single" w:sz="5" w:space="0" w:color="D9D9D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517576" w14:textId="77777777" w:rsidR="00F62183" w:rsidRDefault="00000000">
            <w:r>
              <w:rPr>
                <w:b/>
              </w:rPr>
              <w:t>Номер на поръчка:</w:t>
            </w:r>
          </w:p>
        </w:tc>
        <w:tc>
          <w:tcPr>
            <w:tcW w:w="6576" w:type="dxa"/>
            <w:tcBorders>
              <w:bottom w:val="single" w:sz="5" w:space="0" w:color="D9D9D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14116C" w14:textId="7358871C" w:rsidR="00F62183" w:rsidRDefault="00F62183"/>
        </w:tc>
      </w:tr>
      <w:tr w:rsidR="00F62183" w14:paraId="766EB579" w14:textId="77777777">
        <w:trPr>
          <w:trHeight w:val="567"/>
          <w:jc w:val="center"/>
        </w:trPr>
        <w:tc>
          <w:tcPr>
            <w:tcW w:w="3061" w:type="dxa"/>
            <w:tcBorders>
              <w:bottom w:val="single" w:sz="5" w:space="0" w:color="D9D9D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1A67BA" w14:textId="77777777" w:rsidR="00F62183" w:rsidRDefault="00000000">
            <w:r>
              <w:rPr>
                <w:b/>
              </w:rPr>
              <w:t>Дата на поръчката:</w:t>
            </w:r>
          </w:p>
        </w:tc>
        <w:tc>
          <w:tcPr>
            <w:tcW w:w="6576" w:type="dxa"/>
            <w:tcBorders>
              <w:bottom w:val="single" w:sz="5" w:space="0" w:color="D9D9D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0A1905" w14:textId="1CCB1D6F" w:rsidR="00F62183" w:rsidRDefault="00000000">
            <w:sdt>
              <w:sdtPr>
                <w:alias w:val="ORDER_DATE"/>
                <w:tag w:val="ORDER_DATE"/>
                <w:id w:val="-1059236658"/>
                <w:showingPlcHdr/>
                <w:text/>
              </w:sdtPr>
              <w:sdtContent>
                <w:r w:rsidR="007A6401">
                  <w:t xml:space="preserve">     </w:t>
                </w:r>
              </w:sdtContent>
            </w:sdt>
          </w:p>
        </w:tc>
      </w:tr>
      <w:tr w:rsidR="007A6401" w14:paraId="1F654735" w14:textId="77777777">
        <w:trPr>
          <w:gridAfter w:val="1"/>
          <w:wAfter w:w="6576" w:type="dxa"/>
          <w:trHeight w:val="567"/>
          <w:jc w:val="center"/>
        </w:trPr>
        <w:tc>
          <w:tcPr>
            <w:tcW w:w="3061" w:type="dxa"/>
            <w:tcBorders>
              <w:bottom w:val="single" w:sz="5" w:space="0" w:color="D9D9D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34C8F0" w14:textId="77777777" w:rsidR="007A6401" w:rsidRDefault="007A6401">
            <w:proofErr w:type="spellStart"/>
            <w:r>
              <w:rPr>
                <w:b/>
              </w:rPr>
              <w:t>Дата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получаване</w:t>
            </w:r>
            <w:proofErr w:type="spellEnd"/>
            <w:r>
              <w:rPr>
                <w:b/>
              </w:rPr>
              <w:t>:</w:t>
            </w:r>
          </w:p>
        </w:tc>
      </w:tr>
    </w:tbl>
    <w:p w14:paraId="0B697654" w14:textId="77777777" w:rsidR="00F62183" w:rsidRDefault="00000000">
      <w:pPr>
        <w:spacing w:before="100" w:after="80"/>
      </w:pPr>
      <w:r>
        <w:rPr>
          <w:b/>
          <w:sz w:val="22"/>
        </w:rPr>
        <w:t>ПРОДУКТИ ЗА ВРЪЩАНЕ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80"/>
        <w:gridCol w:w="5839"/>
        <w:gridCol w:w="1247"/>
        <w:gridCol w:w="1871"/>
      </w:tblGrid>
      <w:tr w:rsidR="00F62183" w14:paraId="2B46B8F8" w14:textId="77777777">
        <w:trPr>
          <w:jc w:val="center"/>
        </w:trPr>
        <w:tc>
          <w:tcPr>
            <w:tcW w:w="680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EDEDED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67ED1F39" w14:textId="77777777" w:rsidR="00F62183" w:rsidRDefault="00000000">
            <w:pPr>
              <w:jc w:val="center"/>
            </w:pPr>
            <w:r>
              <w:rPr>
                <w:b/>
                <w:sz w:val="19"/>
              </w:rPr>
              <w:t>№</w:t>
            </w:r>
          </w:p>
        </w:tc>
        <w:tc>
          <w:tcPr>
            <w:tcW w:w="5839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EDEDED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0ED3BC14" w14:textId="77777777" w:rsidR="00F62183" w:rsidRDefault="00000000">
            <w:pPr>
              <w:jc w:val="center"/>
            </w:pPr>
            <w:r>
              <w:rPr>
                <w:b/>
                <w:sz w:val="19"/>
              </w:rPr>
              <w:t>Продукт / наименование</w:t>
            </w:r>
          </w:p>
        </w:tc>
        <w:tc>
          <w:tcPr>
            <w:tcW w:w="1247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EDEDED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6BE31418" w14:textId="77777777" w:rsidR="00F62183" w:rsidRDefault="00000000">
            <w:pPr>
              <w:jc w:val="center"/>
            </w:pPr>
            <w:r>
              <w:rPr>
                <w:b/>
                <w:sz w:val="19"/>
              </w:rPr>
              <w:t>Брой</w:t>
            </w:r>
          </w:p>
        </w:tc>
        <w:tc>
          <w:tcPr>
            <w:tcW w:w="1871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EDEDED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0186CBD7" w14:textId="77777777" w:rsidR="00F62183" w:rsidRDefault="00000000">
            <w:pPr>
              <w:jc w:val="center"/>
            </w:pPr>
            <w:r>
              <w:rPr>
                <w:b/>
                <w:sz w:val="19"/>
              </w:rPr>
              <w:t>Стойност</w:t>
            </w:r>
          </w:p>
        </w:tc>
      </w:tr>
      <w:tr w:rsidR="00F62183" w14:paraId="576AC720" w14:textId="77777777">
        <w:trPr>
          <w:trHeight w:val="680"/>
          <w:jc w:val="center"/>
        </w:trPr>
        <w:tc>
          <w:tcPr>
            <w:tcW w:w="68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32CEF8" w14:textId="77777777" w:rsidR="00F62183" w:rsidRDefault="00000000">
            <w:pPr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5839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3AF35F" w14:textId="7C0C0202" w:rsidR="00F62183" w:rsidRDefault="00000000">
            <w:sdt>
              <w:sdtPr>
                <w:alias w:val="PRODUCT_1"/>
                <w:tag w:val="PRODUCT_1"/>
                <w:id w:val="-1171410967"/>
                <w:showingPlcHdr/>
                <w:text/>
              </w:sdtPr>
              <w:sdtContent>
                <w:r w:rsidR="00BC51F4">
                  <w:t xml:space="preserve">     </w:t>
                </w:r>
              </w:sdtContent>
            </w:sdt>
          </w:p>
        </w:tc>
        <w:tc>
          <w:tcPr>
            <w:tcW w:w="1247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975BA0" w14:textId="77777777" w:rsidR="00F62183" w:rsidRDefault="00000000">
            <w:sdt>
              <w:sdtPr>
                <w:alias w:val="QTY_1"/>
                <w:tag w:val="QTY_1"/>
                <w:id w:val="-680118824"/>
                <w:text/>
              </w:sdtPr>
              <w:sdtContent>
                <w:r>
                  <w:rPr>
                    <w:color w:val="6E6E6E"/>
                  </w:rPr>
                  <w:t>Брой</w:t>
                </w:r>
              </w:sdtContent>
            </w:sdt>
          </w:p>
        </w:tc>
        <w:tc>
          <w:tcPr>
            <w:tcW w:w="1871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A2FA58" w14:textId="77777777" w:rsidR="00F62183" w:rsidRDefault="00000000">
            <w:sdt>
              <w:sdtPr>
                <w:alias w:val="VALUE_1"/>
                <w:tag w:val="VALUE_1"/>
                <w:id w:val="-212047029"/>
                <w:text/>
              </w:sdtPr>
              <w:sdtContent>
                <w:r>
                  <w:rPr>
                    <w:color w:val="6E6E6E"/>
                  </w:rPr>
                  <w:t>Стойност</w:t>
                </w:r>
              </w:sdtContent>
            </w:sdt>
          </w:p>
        </w:tc>
      </w:tr>
      <w:tr w:rsidR="00F62183" w14:paraId="2C275577" w14:textId="77777777">
        <w:trPr>
          <w:trHeight w:val="680"/>
          <w:jc w:val="center"/>
        </w:trPr>
        <w:tc>
          <w:tcPr>
            <w:tcW w:w="68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6660991" w14:textId="77777777" w:rsidR="00F62183" w:rsidRDefault="00000000">
            <w:pPr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5839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89CB95" w14:textId="53864E9B" w:rsidR="00F62183" w:rsidRDefault="00F62183"/>
        </w:tc>
        <w:tc>
          <w:tcPr>
            <w:tcW w:w="1247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53C6AE" w14:textId="77777777" w:rsidR="00F62183" w:rsidRDefault="00000000">
            <w:sdt>
              <w:sdtPr>
                <w:alias w:val="QTY_2"/>
                <w:tag w:val="QTY_2"/>
                <w:id w:val="-157610036"/>
                <w:text/>
              </w:sdtPr>
              <w:sdtContent>
                <w:r>
                  <w:rPr>
                    <w:color w:val="6E6E6E"/>
                  </w:rPr>
                  <w:t>Брой</w:t>
                </w:r>
              </w:sdtContent>
            </w:sdt>
          </w:p>
        </w:tc>
        <w:tc>
          <w:tcPr>
            <w:tcW w:w="1871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F9D9DA" w14:textId="77777777" w:rsidR="00F62183" w:rsidRDefault="00000000">
            <w:sdt>
              <w:sdtPr>
                <w:alias w:val="VALUE_2"/>
                <w:tag w:val="VALUE_2"/>
                <w:id w:val="1504248272"/>
                <w:text/>
              </w:sdtPr>
              <w:sdtContent>
                <w:r>
                  <w:rPr>
                    <w:color w:val="6E6E6E"/>
                  </w:rPr>
                  <w:t>Стойност</w:t>
                </w:r>
              </w:sdtContent>
            </w:sdt>
          </w:p>
        </w:tc>
      </w:tr>
      <w:tr w:rsidR="00F62183" w14:paraId="5EA8FA0B" w14:textId="77777777">
        <w:trPr>
          <w:trHeight w:val="680"/>
          <w:jc w:val="center"/>
        </w:trPr>
        <w:tc>
          <w:tcPr>
            <w:tcW w:w="68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C0684D4" w14:textId="77777777" w:rsidR="00F62183" w:rsidRDefault="00000000">
            <w:pPr>
              <w:jc w:val="center"/>
            </w:pPr>
            <w:r>
              <w:rPr>
                <w:sz w:val="20"/>
              </w:rPr>
              <w:t>3</w:t>
            </w:r>
          </w:p>
        </w:tc>
        <w:tc>
          <w:tcPr>
            <w:tcW w:w="5839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22A79D" w14:textId="5DC1375B" w:rsidR="00F62183" w:rsidRDefault="00F62183"/>
        </w:tc>
        <w:tc>
          <w:tcPr>
            <w:tcW w:w="1247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984E968" w14:textId="77777777" w:rsidR="00F62183" w:rsidRDefault="00000000">
            <w:sdt>
              <w:sdtPr>
                <w:alias w:val="QTY_3"/>
                <w:tag w:val="QTY_3"/>
                <w:id w:val="-486853467"/>
                <w:text/>
              </w:sdtPr>
              <w:sdtContent>
                <w:r>
                  <w:rPr>
                    <w:color w:val="6E6E6E"/>
                  </w:rPr>
                  <w:t>Брой</w:t>
                </w:r>
              </w:sdtContent>
            </w:sdt>
          </w:p>
        </w:tc>
        <w:tc>
          <w:tcPr>
            <w:tcW w:w="1871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AFB1D8A" w14:textId="77777777" w:rsidR="00F62183" w:rsidRDefault="00000000">
            <w:sdt>
              <w:sdtPr>
                <w:alias w:val="VALUE_3"/>
                <w:tag w:val="VALUE_3"/>
                <w:id w:val="-182135317"/>
                <w:text/>
              </w:sdtPr>
              <w:sdtContent>
                <w:r>
                  <w:rPr>
                    <w:color w:val="6E6E6E"/>
                  </w:rPr>
                  <w:t>Стойност</w:t>
                </w:r>
              </w:sdtContent>
            </w:sdt>
          </w:p>
        </w:tc>
      </w:tr>
    </w:tbl>
    <w:p w14:paraId="138D59B5" w14:textId="77777777" w:rsidR="00F62183" w:rsidRDefault="00000000">
      <w:pPr>
        <w:spacing w:before="100" w:after="80"/>
      </w:pPr>
      <w:r>
        <w:rPr>
          <w:b/>
          <w:sz w:val="22"/>
        </w:rPr>
        <w:t>БАНКОВА СМЕТКА ЗА ВЪЗСТАНОВЯВАНЕ НА СУМАТА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61"/>
        <w:gridCol w:w="6576"/>
      </w:tblGrid>
      <w:tr w:rsidR="00F62183" w14:paraId="758DEA11" w14:textId="77777777">
        <w:trPr>
          <w:trHeight w:val="567"/>
          <w:jc w:val="center"/>
        </w:trPr>
        <w:tc>
          <w:tcPr>
            <w:tcW w:w="3061" w:type="dxa"/>
            <w:tcBorders>
              <w:bottom w:val="single" w:sz="5" w:space="0" w:color="D9D9D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B722D6" w14:textId="1FBA62AA" w:rsidR="00F62183" w:rsidRDefault="00000000">
            <w:r>
              <w:rPr>
                <w:b/>
              </w:rPr>
              <w:t>IBAN:</w:t>
            </w:r>
            <w:r w:rsidR="00BC51F4">
              <w:rPr>
                <w:b/>
              </w:rPr>
              <w:t xml:space="preserve">  </w:t>
            </w:r>
          </w:p>
        </w:tc>
        <w:tc>
          <w:tcPr>
            <w:tcW w:w="6576" w:type="dxa"/>
            <w:tcBorders>
              <w:bottom w:val="single" w:sz="5" w:space="0" w:color="D9D9D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C03A6A" w14:textId="03F35F6B" w:rsidR="00F62183" w:rsidRDefault="00000000">
            <w:sdt>
              <w:sdtPr>
                <w:alias w:val="IBAN"/>
                <w:tag w:val="IBAN"/>
                <w:id w:val="-13851435"/>
                <w:showingPlcHdr/>
                <w:text/>
              </w:sdtPr>
              <w:sdtContent>
                <w:r w:rsidR="007A6401">
                  <w:t xml:space="preserve">     </w:t>
                </w:r>
              </w:sdtContent>
            </w:sdt>
          </w:p>
        </w:tc>
      </w:tr>
      <w:tr w:rsidR="00F62183" w14:paraId="5D18001F" w14:textId="77777777">
        <w:trPr>
          <w:trHeight w:val="567"/>
          <w:jc w:val="center"/>
        </w:trPr>
        <w:tc>
          <w:tcPr>
            <w:tcW w:w="3061" w:type="dxa"/>
            <w:tcBorders>
              <w:bottom w:val="single" w:sz="5" w:space="0" w:color="D9D9D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598E3A" w14:textId="77777777" w:rsidR="00F62183" w:rsidRDefault="00000000">
            <w:r>
              <w:rPr>
                <w:b/>
              </w:rPr>
              <w:t>Титуляр на сметката:</w:t>
            </w:r>
          </w:p>
        </w:tc>
        <w:tc>
          <w:tcPr>
            <w:tcW w:w="6576" w:type="dxa"/>
            <w:tcBorders>
              <w:bottom w:val="single" w:sz="5" w:space="0" w:color="D9D9D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B2313E" w14:textId="622959CD" w:rsidR="00F62183" w:rsidRDefault="00000000">
            <w:sdt>
              <w:sdtPr>
                <w:alias w:val="ACCOUNT_HOLDER"/>
                <w:tag w:val="ACCOUNT_HOLDER"/>
                <w:id w:val="-661696180"/>
                <w:showingPlcHdr/>
                <w:text/>
              </w:sdtPr>
              <w:sdtContent>
                <w:r w:rsidR="007A6401">
                  <w:t xml:space="preserve">     </w:t>
                </w:r>
              </w:sdtContent>
            </w:sdt>
          </w:p>
        </w:tc>
      </w:tr>
      <w:tr w:rsidR="00F62183" w14:paraId="31965283" w14:textId="77777777">
        <w:trPr>
          <w:trHeight w:val="567"/>
          <w:jc w:val="center"/>
        </w:trPr>
        <w:tc>
          <w:tcPr>
            <w:tcW w:w="3061" w:type="dxa"/>
            <w:tcBorders>
              <w:bottom w:val="single" w:sz="5" w:space="0" w:color="D9D9D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C994FA" w14:textId="77777777" w:rsidR="00F62183" w:rsidRDefault="00000000">
            <w:r>
              <w:rPr>
                <w:b/>
              </w:rPr>
              <w:t>Банка:</w:t>
            </w:r>
          </w:p>
        </w:tc>
        <w:tc>
          <w:tcPr>
            <w:tcW w:w="6576" w:type="dxa"/>
            <w:tcBorders>
              <w:bottom w:val="single" w:sz="5" w:space="0" w:color="D9D9D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65345A" w14:textId="67670235" w:rsidR="00F62183" w:rsidRDefault="00000000">
            <w:sdt>
              <w:sdtPr>
                <w:alias w:val="BANK"/>
                <w:tag w:val="BANK"/>
                <w:id w:val="365027401"/>
                <w:text/>
              </w:sdtPr>
              <w:sdtContent/>
            </w:sdt>
          </w:p>
        </w:tc>
      </w:tr>
    </w:tbl>
    <w:p w14:paraId="6EE8420E" w14:textId="77777777" w:rsidR="00F62183" w:rsidRDefault="00000000">
      <w:pPr>
        <w:spacing w:before="200" w:after="40"/>
      </w:pPr>
      <w:r>
        <w:rPr>
          <w:b/>
        </w:rPr>
        <w:t>ВАЖНО</w:t>
      </w:r>
    </w:p>
    <w:p w14:paraId="5F3B0473" w14:textId="77777777" w:rsidR="00F62183" w:rsidRDefault="00000000">
      <w:r>
        <w:rPr>
          <w:color w:val="464646"/>
          <w:sz w:val="19"/>
        </w:rPr>
        <w:t>Сумата се възстановява само по посочената банкова сметка. Формулярът служи за уведомяване за отказ от договора.</w:t>
      </w:r>
    </w:p>
    <w:p w14:paraId="7626A93C" w14:textId="77777777" w:rsidR="00F62183" w:rsidRDefault="00000000">
      <w:pPr>
        <w:spacing w:before="80"/>
      </w:pPr>
      <w:r>
        <w:rPr>
          <w:b/>
        </w:rPr>
        <w:t xml:space="preserve">Дата на изпращане на формуляра:  </w:t>
      </w:r>
      <w:sdt>
        <w:sdtPr>
          <w:alias w:val="SUBMISSION_DATE"/>
          <w:tag w:val="SUBMISSION_DATE"/>
          <w:id w:val="-1322125856"/>
          <w:text/>
        </w:sdtPr>
        <w:sdtContent>
          <w:r>
            <w:rPr>
              <w:color w:val="6E6E6E"/>
            </w:rPr>
            <w:t>дд.мм.гггг</w:t>
          </w:r>
        </w:sdtContent>
      </w:sdt>
    </w:p>
    <w:sectPr w:rsidR="00F62183" w:rsidSect="00034616">
      <w:footerReference w:type="default" r:id="rId8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8400EC" w14:textId="77777777" w:rsidR="0068373B" w:rsidRDefault="0068373B">
      <w:pPr>
        <w:spacing w:after="0" w:line="240" w:lineRule="auto"/>
      </w:pPr>
      <w:r>
        <w:separator/>
      </w:r>
    </w:p>
  </w:endnote>
  <w:endnote w:type="continuationSeparator" w:id="0">
    <w:p w14:paraId="5EE49802" w14:textId="77777777" w:rsidR="0068373B" w:rsidRDefault="006837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76F3C" w14:textId="77777777" w:rsidR="00F62183" w:rsidRDefault="00000000">
    <w:pPr>
      <w:pStyle w:val="Footer"/>
      <w:jc w:val="center"/>
    </w:pPr>
    <w:proofErr w:type="spellStart"/>
    <w:r>
      <w:rPr>
        <w:color w:val="787878"/>
        <w:sz w:val="17"/>
      </w:rPr>
      <w:t>Формуляр</w:t>
    </w:r>
    <w:proofErr w:type="spellEnd"/>
    <w:r>
      <w:rPr>
        <w:color w:val="787878"/>
        <w:sz w:val="17"/>
      </w:rPr>
      <w:t xml:space="preserve"> </w:t>
    </w:r>
    <w:proofErr w:type="spellStart"/>
    <w:r>
      <w:rPr>
        <w:color w:val="787878"/>
        <w:sz w:val="17"/>
      </w:rPr>
      <w:t>за</w:t>
    </w:r>
    <w:proofErr w:type="spellEnd"/>
    <w:r>
      <w:rPr>
        <w:color w:val="787878"/>
        <w:sz w:val="17"/>
      </w:rPr>
      <w:t xml:space="preserve"> </w:t>
    </w:r>
    <w:proofErr w:type="spellStart"/>
    <w:r>
      <w:rPr>
        <w:color w:val="787878"/>
        <w:sz w:val="17"/>
      </w:rPr>
      <w:t>връщане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BC0A9" w14:textId="77777777" w:rsidR="0068373B" w:rsidRDefault="0068373B">
      <w:pPr>
        <w:spacing w:after="0" w:line="240" w:lineRule="auto"/>
      </w:pPr>
      <w:r>
        <w:separator/>
      </w:r>
    </w:p>
  </w:footnote>
  <w:footnote w:type="continuationSeparator" w:id="0">
    <w:p w14:paraId="46CA797C" w14:textId="77777777" w:rsidR="0068373B" w:rsidRDefault="006837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55998">
    <w:abstractNumId w:val="8"/>
  </w:num>
  <w:num w:numId="2" w16cid:durableId="1505821160">
    <w:abstractNumId w:val="6"/>
  </w:num>
  <w:num w:numId="3" w16cid:durableId="814444694">
    <w:abstractNumId w:val="5"/>
  </w:num>
  <w:num w:numId="4" w16cid:durableId="734016041">
    <w:abstractNumId w:val="4"/>
  </w:num>
  <w:num w:numId="5" w16cid:durableId="112939739">
    <w:abstractNumId w:val="7"/>
  </w:num>
  <w:num w:numId="6" w16cid:durableId="205996733">
    <w:abstractNumId w:val="3"/>
  </w:num>
  <w:num w:numId="7" w16cid:durableId="1436632624">
    <w:abstractNumId w:val="2"/>
  </w:num>
  <w:num w:numId="8" w16cid:durableId="1731731603">
    <w:abstractNumId w:val="1"/>
  </w:num>
  <w:num w:numId="9" w16cid:durableId="1809697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0EFC"/>
    <w:rsid w:val="001004CD"/>
    <w:rsid w:val="0015074B"/>
    <w:rsid w:val="0029639D"/>
    <w:rsid w:val="00326F90"/>
    <w:rsid w:val="0068373B"/>
    <w:rsid w:val="007A6401"/>
    <w:rsid w:val="00AA1D8D"/>
    <w:rsid w:val="00AF719B"/>
    <w:rsid w:val="00B47730"/>
    <w:rsid w:val="00BC51F4"/>
    <w:rsid w:val="00CB0664"/>
    <w:rsid w:val="00F6218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D6D3D7"/>
  <w14:defaultImageDpi w14:val="300"/>
  <w15:docId w15:val="{D9D5B37A-E79F-4ED6-972F-032D24B57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Alexander Stanev</cp:lastModifiedBy>
  <cp:revision>5</cp:revision>
  <dcterms:created xsi:type="dcterms:W3CDTF">2013-12-23T23:15:00Z</dcterms:created>
  <dcterms:modified xsi:type="dcterms:W3CDTF">2026-09-22T20:10:00Z</dcterms:modified>
  <cp:category/>
</cp:coreProperties>
</file>